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3BCAF" w14:textId="77777777" w:rsidR="007F5E92" w:rsidRPr="000F0D90" w:rsidRDefault="00000000">
      <w:pPr>
        <w:spacing w:after="80"/>
        <w:jc w:val="center"/>
      </w:pPr>
      <w:r w:rsidRPr="000F0D90">
        <w:rPr>
          <w:rFonts w:ascii="Arial" w:hAnsi="Arial"/>
          <w:b/>
          <w:sz w:val="36"/>
        </w:rPr>
        <w:t>RIEPILOGO DELEGATI AL RITIRO ALUNNI</w:t>
      </w:r>
    </w:p>
    <w:p w14:paraId="0FCA67CF" w14:textId="39E1E1F3" w:rsidR="007F5E92" w:rsidRPr="000F0D90" w:rsidRDefault="00000000">
      <w:pPr>
        <w:spacing w:after="320"/>
        <w:jc w:val="center"/>
      </w:pPr>
      <w:r w:rsidRPr="000F0D90">
        <w:rPr>
          <w:rFonts w:ascii="Arial" w:hAnsi="Arial"/>
          <w:i/>
        </w:rPr>
        <w:t>Tabella di Sintesi per i</w:t>
      </w:r>
      <w:r w:rsidR="000F0D90" w:rsidRPr="000F0D90">
        <w:rPr>
          <w:rFonts w:ascii="Arial" w:hAnsi="Arial"/>
          <w:i/>
        </w:rPr>
        <w:t>l Consiglio di Classe</w:t>
      </w:r>
      <w:r w:rsidRPr="000F0D90">
        <w:rPr>
          <w:rFonts w:ascii="Arial" w:hAnsi="Arial"/>
          <w:i/>
        </w:rPr>
        <w:t xml:space="preserve"> — Anno Scolastico 20___ / </w:t>
      </w:r>
      <w:proofErr w:type="gramStart"/>
      <w:r w:rsidRPr="000F0D90">
        <w:rPr>
          <w:rFonts w:ascii="Arial" w:hAnsi="Arial"/>
          <w:i/>
        </w:rPr>
        <w:t>20__</w:t>
      </w:r>
      <w:proofErr w:type="gramEnd"/>
      <w:r w:rsidRPr="000F0D90">
        <w:rPr>
          <w:rFonts w:ascii="Arial" w:hAnsi="Arial"/>
          <w:i/>
        </w:rPr>
        <w:t>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</w:tblGrid>
      <w:tr w:rsidR="007F5E92" w14:paraId="4D6CFF61" w14:textId="77777777">
        <w:trPr>
          <w:jc w:val="center"/>
        </w:trPr>
        <w:tc>
          <w:tcPr>
            <w:tcW w:w="489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FD28B1" w14:textId="77777777" w:rsidR="007F5E92" w:rsidRPr="000F0D90" w:rsidRDefault="00000000">
            <w:pPr>
              <w:spacing w:before="40" w:after="40"/>
            </w:pPr>
            <w:proofErr w:type="spellStart"/>
            <w:r w:rsidRPr="000F0D90">
              <w:rPr>
                <w:rFonts w:ascii="Arial" w:hAnsi="Arial"/>
                <w:b/>
                <w:sz w:val="20"/>
              </w:rPr>
              <w:t>Plesso</w:t>
            </w:r>
            <w:proofErr w:type="spellEnd"/>
            <w:r w:rsidRPr="000F0D90">
              <w:rPr>
                <w:rFonts w:ascii="Arial" w:hAnsi="Arial"/>
                <w:b/>
                <w:sz w:val="20"/>
              </w:rPr>
              <w:t xml:space="preserve"> / Scuola:</w:t>
            </w:r>
            <w:r w:rsidRPr="000F0D90">
              <w:rPr>
                <w:rFonts w:ascii="Arial" w:hAnsi="Arial"/>
                <w:sz w:val="20"/>
              </w:rPr>
              <w:t xml:space="preserve"> ___________________________</w:t>
            </w:r>
          </w:p>
        </w:tc>
        <w:tc>
          <w:tcPr>
            <w:tcW w:w="489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0F0CDB" w14:textId="77777777" w:rsidR="007F5E92" w:rsidRPr="000F0D90" w:rsidRDefault="00000000">
            <w:pPr>
              <w:spacing w:before="40" w:after="40"/>
            </w:pPr>
            <w:r w:rsidRPr="000F0D90">
              <w:rPr>
                <w:rFonts w:ascii="Arial" w:hAnsi="Arial"/>
                <w:b/>
                <w:sz w:val="20"/>
              </w:rPr>
              <w:t>Classe e Sezione:</w:t>
            </w:r>
            <w:r w:rsidRPr="000F0D90">
              <w:rPr>
                <w:rFonts w:ascii="Arial" w:hAnsi="Arial"/>
                <w:sz w:val="20"/>
              </w:rPr>
              <w:t xml:space="preserve"> ______________</w:t>
            </w:r>
          </w:p>
        </w:tc>
      </w:tr>
      <w:tr w:rsidR="007F5E92" w14:paraId="07428AE6" w14:textId="77777777">
        <w:trPr>
          <w:jc w:val="center"/>
        </w:trPr>
        <w:tc>
          <w:tcPr>
            <w:tcW w:w="489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8E1390" w14:textId="77777777" w:rsidR="007F5E92" w:rsidRPr="000F0D90" w:rsidRDefault="00000000">
            <w:pPr>
              <w:spacing w:before="40" w:after="40"/>
            </w:pPr>
            <w:r w:rsidRPr="000F0D90">
              <w:rPr>
                <w:rFonts w:ascii="Arial" w:hAnsi="Arial"/>
                <w:b/>
                <w:sz w:val="20"/>
              </w:rPr>
              <w:t>Coordinatore/i:</w:t>
            </w:r>
            <w:r w:rsidRPr="000F0D90">
              <w:rPr>
                <w:rFonts w:ascii="Arial" w:hAnsi="Arial"/>
                <w:sz w:val="20"/>
              </w:rPr>
              <w:t xml:space="preserve"> ___________________________</w:t>
            </w:r>
          </w:p>
        </w:tc>
        <w:tc>
          <w:tcPr>
            <w:tcW w:w="489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9167AA" w14:textId="77777777" w:rsidR="007F5E92" w:rsidRPr="000F0D90" w:rsidRDefault="00000000">
            <w:pPr>
              <w:spacing w:before="40" w:after="40"/>
            </w:pPr>
            <w:r w:rsidRPr="000F0D90">
              <w:rPr>
                <w:rFonts w:ascii="Arial" w:hAnsi="Arial"/>
                <w:b/>
                <w:sz w:val="20"/>
              </w:rPr>
              <w:t>Data Ultimo Aggiornamento:</w:t>
            </w:r>
            <w:r w:rsidRPr="000F0D90">
              <w:rPr>
                <w:rFonts w:ascii="Arial" w:hAnsi="Arial"/>
                <w:sz w:val="20"/>
              </w:rPr>
              <w:t xml:space="preserve"> ____/____/20___</w:t>
            </w:r>
          </w:p>
        </w:tc>
      </w:tr>
    </w:tbl>
    <w:p w14:paraId="1ED75E7E" w14:textId="77777777" w:rsidR="007F5E92" w:rsidRDefault="007F5E92">
      <w:pPr>
        <w:spacing w:after="160"/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511"/>
        <w:gridCol w:w="1865"/>
        <w:gridCol w:w="2552"/>
        <w:gridCol w:w="2551"/>
        <w:gridCol w:w="2694"/>
      </w:tblGrid>
      <w:tr w:rsidR="000F0D90" w14:paraId="5FCCCDBF" w14:textId="77777777" w:rsidTr="000F0D90">
        <w:tc>
          <w:tcPr>
            <w:tcW w:w="511" w:type="dxa"/>
          </w:tcPr>
          <w:p w14:paraId="4750BF72" w14:textId="77777777" w:rsidR="000F0D90" w:rsidRPr="000F0D90" w:rsidRDefault="000F0D90">
            <w:pPr>
              <w:spacing w:before="40" w:after="40"/>
              <w:jc w:val="center"/>
            </w:pPr>
            <w:r w:rsidRPr="000F0D90">
              <w:rPr>
                <w:rFonts w:ascii="Arial" w:hAnsi="Arial"/>
                <w:b/>
                <w:sz w:val="17"/>
              </w:rPr>
              <w:t>N°</w:t>
            </w:r>
          </w:p>
        </w:tc>
        <w:tc>
          <w:tcPr>
            <w:tcW w:w="1865" w:type="dxa"/>
          </w:tcPr>
          <w:p w14:paraId="7FCD50AD" w14:textId="65D0D717" w:rsidR="000F0D90" w:rsidRPr="000F0D90" w:rsidRDefault="000F0D90">
            <w:pPr>
              <w:spacing w:before="40" w:after="40"/>
              <w:jc w:val="center"/>
            </w:pPr>
            <w:r w:rsidRPr="000F0D90">
              <w:rPr>
                <w:rFonts w:ascii="Arial" w:hAnsi="Arial"/>
                <w:b/>
                <w:sz w:val="17"/>
              </w:rPr>
              <w:t xml:space="preserve"> </w:t>
            </w:r>
            <w:proofErr w:type="spellStart"/>
            <w:r w:rsidRPr="000F0D90">
              <w:rPr>
                <w:rFonts w:ascii="Arial" w:hAnsi="Arial"/>
                <w:b/>
                <w:sz w:val="17"/>
              </w:rPr>
              <w:t>Alunno</w:t>
            </w:r>
            <w:proofErr w:type="spellEnd"/>
            <w:r w:rsidRPr="000F0D90">
              <w:rPr>
                <w:rFonts w:ascii="Arial" w:hAnsi="Arial"/>
                <w:b/>
                <w:sz w:val="17"/>
              </w:rPr>
              <w:t>/a</w:t>
            </w:r>
          </w:p>
        </w:tc>
        <w:tc>
          <w:tcPr>
            <w:tcW w:w="2552" w:type="dxa"/>
          </w:tcPr>
          <w:p w14:paraId="5B7C6F47" w14:textId="77777777" w:rsidR="000F0D90" w:rsidRPr="000F0D90" w:rsidRDefault="000F0D90">
            <w:pPr>
              <w:spacing w:before="40" w:after="40"/>
              <w:jc w:val="center"/>
            </w:pPr>
            <w:proofErr w:type="spellStart"/>
            <w:r w:rsidRPr="000F0D90">
              <w:rPr>
                <w:rFonts w:ascii="Arial" w:hAnsi="Arial"/>
                <w:b/>
                <w:sz w:val="17"/>
              </w:rPr>
              <w:t>Cognome</w:t>
            </w:r>
            <w:proofErr w:type="spellEnd"/>
            <w:r w:rsidRPr="000F0D90">
              <w:rPr>
                <w:rFonts w:ascii="Arial" w:hAnsi="Arial"/>
                <w:b/>
                <w:sz w:val="17"/>
              </w:rPr>
              <w:t xml:space="preserve"> e Nome </w:t>
            </w:r>
            <w:proofErr w:type="spellStart"/>
            <w:r w:rsidRPr="000F0D90">
              <w:rPr>
                <w:rFonts w:ascii="Arial" w:hAnsi="Arial"/>
                <w:b/>
                <w:sz w:val="17"/>
              </w:rPr>
              <w:t>Delegato</w:t>
            </w:r>
            <w:proofErr w:type="spellEnd"/>
          </w:p>
        </w:tc>
        <w:tc>
          <w:tcPr>
            <w:tcW w:w="2551" w:type="dxa"/>
          </w:tcPr>
          <w:p w14:paraId="4FC5EA7C" w14:textId="77777777" w:rsidR="000F0D90" w:rsidRPr="000F0D90" w:rsidRDefault="000F0D90">
            <w:pPr>
              <w:spacing w:before="40" w:after="40"/>
              <w:jc w:val="center"/>
            </w:pPr>
            <w:r w:rsidRPr="000F0D90">
              <w:rPr>
                <w:rFonts w:ascii="Arial" w:hAnsi="Arial"/>
                <w:b/>
                <w:sz w:val="17"/>
              </w:rPr>
              <w:t xml:space="preserve">Parentela / </w:t>
            </w:r>
            <w:proofErr w:type="spellStart"/>
            <w:r w:rsidRPr="000F0D90">
              <w:rPr>
                <w:rFonts w:ascii="Arial" w:hAnsi="Arial"/>
                <w:b/>
                <w:sz w:val="17"/>
              </w:rPr>
              <w:t>Ruolo</w:t>
            </w:r>
            <w:proofErr w:type="spellEnd"/>
          </w:p>
        </w:tc>
        <w:tc>
          <w:tcPr>
            <w:tcW w:w="2694" w:type="dxa"/>
          </w:tcPr>
          <w:p w14:paraId="766222A4" w14:textId="77777777" w:rsidR="000F0D90" w:rsidRPr="000F0D90" w:rsidRDefault="000F0D90">
            <w:pPr>
              <w:spacing w:before="40" w:after="40"/>
              <w:jc w:val="center"/>
            </w:pPr>
            <w:r w:rsidRPr="000F0D90">
              <w:rPr>
                <w:rFonts w:ascii="Arial" w:hAnsi="Arial"/>
                <w:b/>
                <w:sz w:val="17"/>
              </w:rPr>
              <w:t>Doc. Identità / Scad.</w:t>
            </w:r>
          </w:p>
        </w:tc>
      </w:tr>
      <w:tr w:rsidR="000F0D90" w14:paraId="2ABB9897" w14:textId="77777777" w:rsidTr="000F0D90">
        <w:tc>
          <w:tcPr>
            <w:tcW w:w="511" w:type="dxa"/>
          </w:tcPr>
          <w:p w14:paraId="4EFDF3B9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</w:t>
            </w:r>
          </w:p>
        </w:tc>
        <w:tc>
          <w:tcPr>
            <w:tcW w:w="1865" w:type="dxa"/>
          </w:tcPr>
          <w:p w14:paraId="7F7BEA27" w14:textId="55162529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66248ADC" w14:textId="43CDCB53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22F0194D" w14:textId="11068FF8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687C2333" w14:textId="5FE0A220" w:rsidR="000F0D90" w:rsidRDefault="000F0D90">
            <w:pPr>
              <w:spacing w:before="40" w:after="40"/>
            </w:pPr>
          </w:p>
        </w:tc>
      </w:tr>
      <w:tr w:rsidR="000F0D90" w14:paraId="17E1578A" w14:textId="77777777" w:rsidTr="000F0D90">
        <w:tc>
          <w:tcPr>
            <w:tcW w:w="511" w:type="dxa"/>
          </w:tcPr>
          <w:p w14:paraId="79D9B3D1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2</w:t>
            </w:r>
          </w:p>
        </w:tc>
        <w:tc>
          <w:tcPr>
            <w:tcW w:w="1865" w:type="dxa"/>
          </w:tcPr>
          <w:p w14:paraId="2FD44666" w14:textId="05AE164B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1D3A5BFE" w14:textId="41D14A66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62E7D871" w14:textId="11E60EC5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5E983550" w14:textId="5156F8B8" w:rsidR="000F0D90" w:rsidRDefault="000F0D90">
            <w:pPr>
              <w:spacing w:before="40" w:after="40"/>
            </w:pPr>
          </w:p>
        </w:tc>
      </w:tr>
      <w:tr w:rsidR="000F0D90" w14:paraId="5E03298D" w14:textId="77777777" w:rsidTr="000F0D90">
        <w:tc>
          <w:tcPr>
            <w:tcW w:w="511" w:type="dxa"/>
          </w:tcPr>
          <w:p w14:paraId="3AE7F8F0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3</w:t>
            </w:r>
          </w:p>
        </w:tc>
        <w:tc>
          <w:tcPr>
            <w:tcW w:w="1865" w:type="dxa"/>
          </w:tcPr>
          <w:p w14:paraId="7045E4AE" w14:textId="501D3F65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1D07B0B7" w14:textId="1528D70E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4B1314FA" w14:textId="75A6A585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67CCABE9" w14:textId="7DE401FD" w:rsidR="000F0D90" w:rsidRDefault="000F0D90">
            <w:pPr>
              <w:spacing w:before="40" w:after="40"/>
            </w:pPr>
          </w:p>
        </w:tc>
      </w:tr>
      <w:tr w:rsidR="000F0D90" w14:paraId="4ABB5742" w14:textId="77777777" w:rsidTr="000F0D90">
        <w:tc>
          <w:tcPr>
            <w:tcW w:w="511" w:type="dxa"/>
          </w:tcPr>
          <w:p w14:paraId="3A5DF185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4</w:t>
            </w:r>
          </w:p>
        </w:tc>
        <w:tc>
          <w:tcPr>
            <w:tcW w:w="1865" w:type="dxa"/>
          </w:tcPr>
          <w:p w14:paraId="4107595A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3EB41B28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1E82B0BD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533DCDCC" w14:textId="77777777" w:rsidR="000F0D90" w:rsidRDefault="000F0D90">
            <w:pPr>
              <w:spacing w:before="40" w:after="40"/>
            </w:pPr>
          </w:p>
        </w:tc>
      </w:tr>
      <w:tr w:rsidR="000F0D90" w14:paraId="7C22B658" w14:textId="77777777" w:rsidTr="000F0D90">
        <w:tc>
          <w:tcPr>
            <w:tcW w:w="511" w:type="dxa"/>
          </w:tcPr>
          <w:p w14:paraId="100F63D5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5</w:t>
            </w:r>
          </w:p>
        </w:tc>
        <w:tc>
          <w:tcPr>
            <w:tcW w:w="1865" w:type="dxa"/>
          </w:tcPr>
          <w:p w14:paraId="3975A896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08F24D7E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529393A5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01424541" w14:textId="77777777" w:rsidR="000F0D90" w:rsidRDefault="000F0D90">
            <w:pPr>
              <w:spacing w:before="40" w:after="40"/>
            </w:pPr>
          </w:p>
        </w:tc>
      </w:tr>
      <w:tr w:rsidR="000F0D90" w14:paraId="54B3C947" w14:textId="77777777" w:rsidTr="000F0D90">
        <w:tc>
          <w:tcPr>
            <w:tcW w:w="511" w:type="dxa"/>
          </w:tcPr>
          <w:p w14:paraId="5ABA373E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6</w:t>
            </w:r>
          </w:p>
        </w:tc>
        <w:tc>
          <w:tcPr>
            <w:tcW w:w="1865" w:type="dxa"/>
          </w:tcPr>
          <w:p w14:paraId="34E6274E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2435AE4E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3A6CB5FC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2C436814" w14:textId="77777777" w:rsidR="000F0D90" w:rsidRDefault="000F0D90">
            <w:pPr>
              <w:spacing w:before="40" w:after="40"/>
            </w:pPr>
          </w:p>
        </w:tc>
      </w:tr>
      <w:tr w:rsidR="000F0D90" w14:paraId="6E285851" w14:textId="77777777" w:rsidTr="000F0D90">
        <w:tc>
          <w:tcPr>
            <w:tcW w:w="511" w:type="dxa"/>
          </w:tcPr>
          <w:p w14:paraId="103D97D7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7</w:t>
            </w:r>
          </w:p>
        </w:tc>
        <w:tc>
          <w:tcPr>
            <w:tcW w:w="1865" w:type="dxa"/>
          </w:tcPr>
          <w:p w14:paraId="25F6CDED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1E520226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4B293862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4212D5C7" w14:textId="77777777" w:rsidR="000F0D90" w:rsidRDefault="000F0D90">
            <w:pPr>
              <w:spacing w:before="40" w:after="40"/>
            </w:pPr>
          </w:p>
        </w:tc>
      </w:tr>
      <w:tr w:rsidR="000F0D90" w14:paraId="0F4B304D" w14:textId="77777777" w:rsidTr="000F0D90">
        <w:tc>
          <w:tcPr>
            <w:tcW w:w="511" w:type="dxa"/>
          </w:tcPr>
          <w:p w14:paraId="1CD10A06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8</w:t>
            </w:r>
          </w:p>
        </w:tc>
        <w:tc>
          <w:tcPr>
            <w:tcW w:w="1865" w:type="dxa"/>
          </w:tcPr>
          <w:p w14:paraId="1A7A56A2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3B35546B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07F46EE2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2852A5DB" w14:textId="77777777" w:rsidR="000F0D90" w:rsidRDefault="000F0D90">
            <w:pPr>
              <w:spacing w:before="40" w:after="40"/>
            </w:pPr>
          </w:p>
        </w:tc>
      </w:tr>
      <w:tr w:rsidR="000F0D90" w14:paraId="0E682CF6" w14:textId="77777777" w:rsidTr="000F0D90">
        <w:tc>
          <w:tcPr>
            <w:tcW w:w="511" w:type="dxa"/>
          </w:tcPr>
          <w:p w14:paraId="5288C0DB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9</w:t>
            </w:r>
          </w:p>
        </w:tc>
        <w:tc>
          <w:tcPr>
            <w:tcW w:w="1865" w:type="dxa"/>
          </w:tcPr>
          <w:p w14:paraId="635B64F4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6A589B5C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644D1327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0ED6D07C" w14:textId="77777777" w:rsidR="000F0D90" w:rsidRDefault="000F0D90">
            <w:pPr>
              <w:spacing w:before="40" w:after="40"/>
            </w:pPr>
          </w:p>
        </w:tc>
      </w:tr>
      <w:tr w:rsidR="000F0D90" w14:paraId="2B90DD0E" w14:textId="77777777" w:rsidTr="000F0D90">
        <w:tc>
          <w:tcPr>
            <w:tcW w:w="511" w:type="dxa"/>
          </w:tcPr>
          <w:p w14:paraId="4D91A498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10</w:t>
            </w:r>
          </w:p>
        </w:tc>
        <w:tc>
          <w:tcPr>
            <w:tcW w:w="1865" w:type="dxa"/>
          </w:tcPr>
          <w:p w14:paraId="67644324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5B950C18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7FFDE302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36633A61" w14:textId="77777777" w:rsidR="000F0D90" w:rsidRDefault="000F0D90">
            <w:pPr>
              <w:spacing w:before="40" w:after="40"/>
            </w:pPr>
          </w:p>
        </w:tc>
      </w:tr>
      <w:tr w:rsidR="000F0D90" w14:paraId="63C33C85" w14:textId="77777777" w:rsidTr="000F0D90">
        <w:tc>
          <w:tcPr>
            <w:tcW w:w="511" w:type="dxa"/>
          </w:tcPr>
          <w:p w14:paraId="6F7D25BE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11</w:t>
            </w:r>
          </w:p>
        </w:tc>
        <w:tc>
          <w:tcPr>
            <w:tcW w:w="1865" w:type="dxa"/>
          </w:tcPr>
          <w:p w14:paraId="2F1DEB0D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0A9092F5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676264BE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0B22F36A" w14:textId="77777777" w:rsidR="000F0D90" w:rsidRDefault="000F0D90">
            <w:pPr>
              <w:spacing w:before="40" w:after="40"/>
            </w:pPr>
          </w:p>
        </w:tc>
      </w:tr>
      <w:tr w:rsidR="000F0D90" w14:paraId="140875E0" w14:textId="77777777" w:rsidTr="000F0D90">
        <w:tc>
          <w:tcPr>
            <w:tcW w:w="511" w:type="dxa"/>
          </w:tcPr>
          <w:p w14:paraId="53F5B7D2" w14:textId="77777777" w:rsidR="000F0D90" w:rsidRDefault="000F0D90">
            <w:pPr>
              <w:spacing w:before="40" w:after="40"/>
              <w:jc w:val="center"/>
            </w:pPr>
            <w:r>
              <w:rPr>
                <w:rFonts w:ascii="Arial" w:hAnsi="Arial"/>
                <w:color w:val="222222"/>
                <w:sz w:val="16"/>
              </w:rPr>
              <w:t>12</w:t>
            </w:r>
          </w:p>
        </w:tc>
        <w:tc>
          <w:tcPr>
            <w:tcW w:w="1865" w:type="dxa"/>
          </w:tcPr>
          <w:p w14:paraId="1499D6A6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749580E5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267ECEFF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1A8F298C" w14:textId="77777777" w:rsidR="000F0D90" w:rsidRDefault="000F0D90">
            <w:pPr>
              <w:spacing w:before="40" w:after="40"/>
            </w:pPr>
          </w:p>
        </w:tc>
      </w:tr>
      <w:tr w:rsidR="000F0D90" w14:paraId="18008FFE" w14:textId="77777777" w:rsidTr="000F0D90">
        <w:tc>
          <w:tcPr>
            <w:tcW w:w="511" w:type="dxa"/>
          </w:tcPr>
          <w:p w14:paraId="3C400F67" w14:textId="5DF5EBBE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13</w:t>
            </w:r>
          </w:p>
        </w:tc>
        <w:tc>
          <w:tcPr>
            <w:tcW w:w="1865" w:type="dxa"/>
          </w:tcPr>
          <w:p w14:paraId="009BBAB0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7155A45D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7D8F66FD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016EF02D" w14:textId="77777777" w:rsidR="000F0D90" w:rsidRDefault="000F0D90">
            <w:pPr>
              <w:spacing w:before="40" w:after="40"/>
            </w:pPr>
          </w:p>
        </w:tc>
      </w:tr>
      <w:tr w:rsidR="000F0D90" w14:paraId="6F6E9A34" w14:textId="77777777" w:rsidTr="000F0D90">
        <w:tc>
          <w:tcPr>
            <w:tcW w:w="511" w:type="dxa"/>
          </w:tcPr>
          <w:p w14:paraId="6856D71D" w14:textId="494F6AA6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14</w:t>
            </w:r>
          </w:p>
        </w:tc>
        <w:tc>
          <w:tcPr>
            <w:tcW w:w="1865" w:type="dxa"/>
          </w:tcPr>
          <w:p w14:paraId="66876F8A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74CEF292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423CCB64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31539B03" w14:textId="77777777" w:rsidR="000F0D90" w:rsidRDefault="000F0D90">
            <w:pPr>
              <w:spacing w:before="40" w:after="40"/>
            </w:pPr>
          </w:p>
        </w:tc>
      </w:tr>
      <w:tr w:rsidR="000F0D90" w14:paraId="712B74B3" w14:textId="77777777" w:rsidTr="000F0D90">
        <w:tc>
          <w:tcPr>
            <w:tcW w:w="511" w:type="dxa"/>
          </w:tcPr>
          <w:p w14:paraId="2DF52475" w14:textId="59273BCB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15</w:t>
            </w:r>
          </w:p>
        </w:tc>
        <w:tc>
          <w:tcPr>
            <w:tcW w:w="1865" w:type="dxa"/>
          </w:tcPr>
          <w:p w14:paraId="30846FAD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63BD0B26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66619FB2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4A386946" w14:textId="77777777" w:rsidR="000F0D90" w:rsidRDefault="000F0D90">
            <w:pPr>
              <w:spacing w:before="40" w:after="40"/>
            </w:pPr>
          </w:p>
        </w:tc>
      </w:tr>
      <w:tr w:rsidR="000F0D90" w14:paraId="45D5E1A3" w14:textId="77777777" w:rsidTr="000F0D90">
        <w:tc>
          <w:tcPr>
            <w:tcW w:w="511" w:type="dxa"/>
          </w:tcPr>
          <w:p w14:paraId="115442E8" w14:textId="61059535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16</w:t>
            </w:r>
          </w:p>
        </w:tc>
        <w:tc>
          <w:tcPr>
            <w:tcW w:w="1865" w:type="dxa"/>
          </w:tcPr>
          <w:p w14:paraId="6897737B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153619AE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5783D7DD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77FD2734" w14:textId="77777777" w:rsidR="000F0D90" w:rsidRDefault="000F0D90">
            <w:pPr>
              <w:spacing w:before="40" w:after="40"/>
            </w:pPr>
          </w:p>
        </w:tc>
      </w:tr>
      <w:tr w:rsidR="000F0D90" w14:paraId="0C1B4717" w14:textId="77777777" w:rsidTr="000F0D90">
        <w:tc>
          <w:tcPr>
            <w:tcW w:w="511" w:type="dxa"/>
          </w:tcPr>
          <w:p w14:paraId="1FCF2C3D" w14:textId="0028BAA0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17</w:t>
            </w:r>
          </w:p>
        </w:tc>
        <w:tc>
          <w:tcPr>
            <w:tcW w:w="1865" w:type="dxa"/>
          </w:tcPr>
          <w:p w14:paraId="69E0DDAD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72A5148E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42127C34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5A33B107" w14:textId="77777777" w:rsidR="000F0D90" w:rsidRDefault="000F0D90">
            <w:pPr>
              <w:spacing w:before="40" w:after="40"/>
            </w:pPr>
          </w:p>
        </w:tc>
      </w:tr>
      <w:tr w:rsidR="000F0D90" w14:paraId="09D75DF5" w14:textId="77777777" w:rsidTr="000F0D90">
        <w:tc>
          <w:tcPr>
            <w:tcW w:w="511" w:type="dxa"/>
          </w:tcPr>
          <w:p w14:paraId="1EBC7F55" w14:textId="61AA1A85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18</w:t>
            </w:r>
          </w:p>
        </w:tc>
        <w:tc>
          <w:tcPr>
            <w:tcW w:w="1865" w:type="dxa"/>
          </w:tcPr>
          <w:p w14:paraId="406D996D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47A3B141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6DD3EF77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769694CC" w14:textId="77777777" w:rsidR="000F0D90" w:rsidRDefault="000F0D90">
            <w:pPr>
              <w:spacing w:before="40" w:after="40"/>
            </w:pPr>
          </w:p>
        </w:tc>
      </w:tr>
      <w:tr w:rsidR="000F0D90" w14:paraId="3FFBBAAB" w14:textId="77777777" w:rsidTr="000F0D90">
        <w:tc>
          <w:tcPr>
            <w:tcW w:w="511" w:type="dxa"/>
          </w:tcPr>
          <w:p w14:paraId="707CB29B" w14:textId="012ED6E2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19</w:t>
            </w:r>
          </w:p>
        </w:tc>
        <w:tc>
          <w:tcPr>
            <w:tcW w:w="1865" w:type="dxa"/>
          </w:tcPr>
          <w:p w14:paraId="7ADCE88E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07D2805B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3192E4C6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6B5F3EDE" w14:textId="77777777" w:rsidR="000F0D90" w:rsidRDefault="000F0D90">
            <w:pPr>
              <w:spacing w:before="40" w:after="40"/>
            </w:pPr>
          </w:p>
        </w:tc>
      </w:tr>
      <w:tr w:rsidR="000F0D90" w14:paraId="66146F55" w14:textId="77777777" w:rsidTr="000F0D90">
        <w:tc>
          <w:tcPr>
            <w:tcW w:w="511" w:type="dxa"/>
          </w:tcPr>
          <w:p w14:paraId="0A611915" w14:textId="105A9250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20</w:t>
            </w:r>
          </w:p>
        </w:tc>
        <w:tc>
          <w:tcPr>
            <w:tcW w:w="1865" w:type="dxa"/>
          </w:tcPr>
          <w:p w14:paraId="4A0BF00D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4705101E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2848303B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746F1F66" w14:textId="77777777" w:rsidR="000F0D90" w:rsidRDefault="000F0D90">
            <w:pPr>
              <w:spacing w:before="40" w:after="40"/>
            </w:pPr>
          </w:p>
        </w:tc>
      </w:tr>
      <w:tr w:rsidR="000F0D90" w14:paraId="74666BA1" w14:textId="77777777" w:rsidTr="000F0D90">
        <w:tc>
          <w:tcPr>
            <w:tcW w:w="511" w:type="dxa"/>
          </w:tcPr>
          <w:p w14:paraId="7F30E1F9" w14:textId="412E45A6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21</w:t>
            </w:r>
          </w:p>
        </w:tc>
        <w:tc>
          <w:tcPr>
            <w:tcW w:w="1865" w:type="dxa"/>
          </w:tcPr>
          <w:p w14:paraId="115A10A9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473DD8F8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2AB97710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281979E7" w14:textId="77777777" w:rsidR="000F0D90" w:rsidRDefault="000F0D90">
            <w:pPr>
              <w:spacing w:before="40" w:after="40"/>
            </w:pPr>
          </w:p>
        </w:tc>
      </w:tr>
      <w:tr w:rsidR="000F0D90" w14:paraId="23531A2F" w14:textId="77777777" w:rsidTr="000F0D90">
        <w:tc>
          <w:tcPr>
            <w:tcW w:w="511" w:type="dxa"/>
          </w:tcPr>
          <w:p w14:paraId="2B64DC3F" w14:textId="6207235B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22</w:t>
            </w:r>
          </w:p>
        </w:tc>
        <w:tc>
          <w:tcPr>
            <w:tcW w:w="1865" w:type="dxa"/>
          </w:tcPr>
          <w:p w14:paraId="57621861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694E239E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75B95131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616CBB1C" w14:textId="77777777" w:rsidR="000F0D90" w:rsidRDefault="000F0D90">
            <w:pPr>
              <w:spacing w:before="40" w:after="40"/>
            </w:pPr>
          </w:p>
        </w:tc>
      </w:tr>
      <w:tr w:rsidR="000F0D90" w14:paraId="1679780F" w14:textId="77777777" w:rsidTr="000F0D90">
        <w:tc>
          <w:tcPr>
            <w:tcW w:w="511" w:type="dxa"/>
          </w:tcPr>
          <w:p w14:paraId="51DD6EBF" w14:textId="6C9303F1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23</w:t>
            </w:r>
          </w:p>
        </w:tc>
        <w:tc>
          <w:tcPr>
            <w:tcW w:w="1865" w:type="dxa"/>
          </w:tcPr>
          <w:p w14:paraId="36EE7A04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75CBC31E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250943AC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6F75D501" w14:textId="77777777" w:rsidR="000F0D90" w:rsidRDefault="000F0D90">
            <w:pPr>
              <w:spacing w:before="40" w:after="40"/>
            </w:pPr>
          </w:p>
        </w:tc>
      </w:tr>
      <w:tr w:rsidR="000F0D90" w14:paraId="20BE15EF" w14:textId="77777777" w:rsidTr="000F0D90">
        <w:tc>
          <w:tcPr>
            <w:tcW w:w="511" w:type="dxa"/>
          </w:tcPr>
          <w:p w14:paraId="1064B570" w14:textId="491F4273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24</w:t>
            </w:r>
          </w:p>
        </w:tc>
        <w:tc>
          <w:tcPr>
            <w:tcW w:w="1865" w:type="dxa"/>
          </w:tcPr>
          <w:p w14:paraId="02913839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18268E78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1A344812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62BDA70A" w14:textId="77777777" w:rsidR="000F0D90" w:rsidRDefault="000F0D90">
            <w:pPr>
              <w:spacing w:before="40" w:after="40"/>
            </w:pPr>
          </w:p>
        </w:tc>
      </w:tr>
      <w:tr w:rsidR="000F0D90" w14:paraId="153069AC" w14:textId="77777777" w:rsidTr="000F0D90">
        <w:tc>
          <w:tcPr>
            <w:tcW w:w="511" w:type="dxa"/>
          </w:tcPr>
          <w:p w14:paraId="06C3AC21" w14:textId="28D6822A" w:rsidR="000F0D90" w:rsidRDefault="000F0D90">
            <w:pPr>
              <w:spacing w:before="40" w:after="40"/>
              <w:jc w:val="center"/>
              <w:rPr>
                <w:rFonts w:ascii="Arial" w:hAnsi="Arial"/>
                <w:color w:val="222222"/>
                <w:sz w:val="16"/>
              </w:rPr>
            </w:pPr>
            <w:r>
              <w:rPr>
                <w:rFonts w:ascii="Arial" w:hAnsi="Arial"/>
                <w:color w:val="222222"/>
                <w:sz w:val="16"/>
              </w:rPr>
              <w:t>25</w:t>
            </w:r>
          </w:p>
        </w:tc>
        <w:tc>
          <w:tcPr>
            <w:tcW w:w="1865" w:type="dxa"/>
          </w:tcPr>
          <w:p w14:paraId="1BAF254A" w14:textId="77777777" w:rsidR="000F0D90" w:rsidRDefault="000F0D90">
            <w:pPr>
              <w:spacing w:before="40" w:after="40"/>
            </w:pPr>
          </w:p>
        </w:tc>
        <w:tc>
          <w:tcPr>
            <w:tcW w:w="2552" w:type="dxa"/>
          </w:tcPr>
          <w:p w14:paraId="29363D4F" w14:textId="77777777" w:rsidR="000F0D90" w:rsidRDefault="000F0D90">
            <w:pPr>
              <w:spacing w:before="40" w:after="40"/>
            </w:pPr>
          </w:p>
        </w:tc>
        <w:tc>
          <w:tcPr>
            <w:tcW w:w="2551" w:type="dxa"/>
          </w:tcPr>
          <w:p w14:paraId="20DAC6BC" w14:textId="77777777" w:rsidR="000F0D90" w:rsidRDefault="000F0D90">
            <w:pPr>
              <w:spacing w:before="40" w:after="40"/>
            </w:pPr>
          </w:p>
        </w:tc>
        <w:tc>
          <w:tcPr>
            <w:tcW w:w="2694" w:type="dxa"/>
          </w:tcPr>
          <w:p w14:paraId="0406D545" w14:textId="77777777" w:rsidR="000F0D90" w:rsidRDefault="000F0D90">
            <w:pPr>
              <w:spacing w:before="40" w:after="40"/>
            </w:pPr>
          </w:p>
        </w:tc>
      </w:tr>
    </w:tbl>
    <w:p w14:paraId="2ECCEC8F" w14:textId="77777777" w:rsidR="000F0D90" w:rsidRDefault="000F0D90">
      <w:pPr>
        <w:spacing w:before="240" w:after="120"/>
        <w:rPr>
          <w:rFonts w:ascii="Arial" w:hAnsi="Arial"/>
          <w:b/>
          <w:color w:val="1B365D"/>
        </w:rPr>
      </w:pPr>
    </w:p>
    <w:p w14:paraId="1F4DE475" w14:textId="28B5FF23" w:rsidR="007F5E92" w:rsidRPr="00FD40C8" w:rsidRDefault="00000000">
      <w:pPr>
        <w:spacing w:before="240" w:after="120"/>
        <w:rPr>
          <w:b/>
        </w:rPr>
      </w:pPr>
      <w:proofErr w:type="spellStart"/>
      <w:r w:rsidRPr="00FD40C8">
        <w:rPr>
          <w:rFonts w:ascii="Arial" w:hAnsi="Arial"/>
          <w:b/>
        </w:rPr>
        <w:t>Indicazioni</w:t>
      </w:r>
      <w:proofErr w:type="spellEnd"/>
      <w:r w:rsidRPr="00FD40C8">
        <w:rPr>
          <w:rFonts w:ascii="Arial" w:hAnsi="Arial"/>
          <w:b/>
        </w:rPr>
        <w:t xml:space="preserve"> Operative per </w:t>
      </w:r>
      <w:r w:rsidR="000F0D90" w:rsidRPr="00FD40C8">
        <w:rPr>
          <w:rFonts w:ascii="Arial" w:hAnsi="Arial"/>
          <w:b/>
        </w:rPr>
        <w:t xml:space="preserve">la </w:t>
      </w:r>
      <w:proofErr w:type="spellStart"/>
      <w:r w:rsidR="000F0D90" w:rsidRPr="00FD40C8">
        <w:rPr>
          <w:rFonts w:ascii="Arial" w:hAnsi="Arial"/>
          <w:b/>
        </w:rPr>
        <w:t>compilazione</w:t>
      </w:r>
      <w:proofErr w:type="spellEnd"/>
    </w:p>
    <w:p w14:paraId="0A421E8F" w14:textId="77777777" w:rsidR="007F5E92" w:rsidRPr="00FD40C8" w:rsidRDefault="00000000">
      <w:pPr>
        <w:spacing w:before="40" w:after="80"/>
        <w:ind w:left="288"/>
      </w:pPr>
      <w:r w:rsidRPr="00FD40C8">
        <w:rPr>
          <w:rFonts w:ascii="Arial" w:hAnsi="Arial"/>
          <w:b/>
          <w:sz w:val="19"/>
        </w:rPr>
        <w:t xml:space="preserve">• Documento d'Identità: </w:t>
      </w:r>
      <w:r w:rsidRPr="00FD40C8">
        <w:rPr>
          <w:rFonts w:ascii="Arial" w:hAnsi="Arial"/>
          <w:sz w:val="19"/>
        </w:rPr>
        <w:t>Verificare che per ogni delegato sia stata depositata copia in corso di validità del documento di riconoscimento.</w:t>
      </w:r>
    </w:p>
    <w:p w14:paraId="4543DBAF" w14:textId="4493562B" w:rsidR="007F5E92" w:rsidRPr="00FD40C8" w:rsidRDefault="00000000" w:rsidP="000F0D90">
      <w:pPr>
        <w:spacing w:before="40" w:after="80"/>
        <w:ind w:left="288"/>
      </w:pPr>
      <w:r w:rsidRPr="00FD40C8">
        <w:rPr>
          <w:rFonts w:ascii="Arial" w:hAnsi="Arial"/>
          <w:b/>
          <w:sz w:val="19"/>
        </w:rPr>
        <w:t xml:space="preserve">• Requisito di Età: </w:t>
      </w:r>
      <w:r w:rsidRPr="00FD40C8">
        <w:rPr>
          <w:rFonts w:ascii="Arial" w:hAnsi="Arial"/>
          <w:sz w:val="19"/>
        </w:rPr>
        <w:t xml:space="preserve">Non è consentito autorizzare al ritiro soggetti minorenni (salvo specifiche ed eccezionali deroghe </w:t>
      </w:r>
      <w:proofErr w:type="spellStart"/>
      <w:r w:rsidRPr="00FD40C8">
        <w:rPr>
          <w:rFonts w:ascii="Arial" w:hAnsi="Arial"/>
          <w:sz w:val="19"/>
        </w:rPr>
        <w:t>previste</w:t>
      </w:r>
      <w:proofErr w:type="spellEnd"/>
      <w:r w:rsidRPr="00FD40C8">
        <w:rPr>
          <w:rFonts w:ascii="Arial" w:hAnsi="Arial"/>
          <w:sz w:val="19"/>
        </w:rPr>
        <w:t xml:space="preserve"> dal </w:t>
      </w:r>
      <w:proofErr w:type="spellStart"/>
      <w:r w:rsidRPr="00FD40C8">
        <w:rPr>
          <w:rFonts w:ascii="Arial" w:hAnsi="Arial"/>
          <w:sz w:val="19"/>
        </w:rPr>
        <w:t>Regolamento</w:t>
      </w:r>
      <w:proofErr w:type="spellEnd"/>
      <w:r w:rsidRPr="00FD40C8">
        <w:rPr>
          <w:rFonts w:ascii="Arial" w:hAnsi="Arial"/>
          <w:sz w:val="19"/>
        </w:rPr>
        <w:t xml:space="preserve"> </w:t>
      </w:r>
      <w:proofErr w:type="spellStart"/>
      <w:r w:rsidRPr="00FD40C8">
        <w:rPr>
          <w:rFonts w:ascii="Arial" w:hAnsi="Arial"/>
          <w:sz w:val="19"/>
        </w:rPr>
        <w:t>d'Istituto</w:t>
      </w:r>
      <w:proofErr w:type="spellEnd"/>
      <w:r w:rsidRPr="00FD40C8">
        <w:rPr>
          <w:rFonts w:ascii="Arial" w:hAnsi="Arial"/>
          <w:sz w:val="19"/>
        </w:rPr>
        <w:t>).</w:t>
      </w:r>
    </w:p>
    <w:p w14:paraId="574F92F1" w14:textId="77777777" w:rsidR="007F5E92" w:rsidRPr="00FD40C8" w:rsidRDefault="00000000">
      <w:pPr>
        <w:spacing w:before="40" w:after="80"/>
        <w:ind w:left="288"/>
      </w:pPr>
      <w:r w:rsidRPr="00FD40C8">
        <w:rPr>
          <w:rFonts w:ascii="Arial" w:hAnsi="Arial"/>
          <w:b/>
          <w:sz w:val="19"/>
        </w:rPr>
        <w:t xml:space="preserve">• Conservazione e Accessibilità: </w:t>
      </w:r>
      <w:r w:rsidRPr="00FD40C8">
        <w:rPr>
          <w:rFonts w:ascii="Arial" w:hAnsi="Arial"/>
          <w:sz w:val="19"/>
        </w:rPr>
        <w:t>La presente scheda va tenuta aggiornata nel registro di classe/fascicolo di plesso, visibile a tutti i docenti del consiglio e ai collaboratori scolastici.</w:t>
      </w:r>
    </w:p>
    <w:sectPr w:rsidR="007F5E92" w:rsidRPr="00FD40C8" w:rsidSect="00034616">
      <w:pgSz w:w="11909" w:h="16834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3950833">
    <w:abstractNumId w:val="8"/>
  </w:num>
  <w:num w:numId="2" w16cid:durableId="1920940239">
    <w:abstractNumId w:val="6"/>
  </w:num>
  <w:num w:numId="3" w16cid:durableId="1895967679">
    <w:abstractNumId w:val="5"/>
  </w:num>
  <w:num w:numId="4" w16cid:durableId="1343430232">
    <w:abstractNumId w:val="4"/>
  </w:num>
  <w:num w:numId="5" w16cid:durableId="2033876300">
    <w:abstractNumId w:val="7"/>
  </w:num>
  <w:num w:numId="6" w16cid:durableId="2049446430">
    <w:abstractNumId w:val="3"/>
  </w:num>
  <w:num w:numId="7" w16cid:durableId="1018583126">
    <w:abstractNumId w:val="2"/>
  </w:num>
  <w:num w:numId="8" w16cid:durableId="99230266">
    <w:abstractNumId w:val="1"/>
  </w:num>
  <w:num w:numId="9" w16cid:durableId="129383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0426"/>
    <w:rsid w:val="000F0D90"/>
    <w:rsid w:val="0015074B"/>
    <w:rsid w:val="0029639D"/>
    <w:rsid w:val="00326F90"/>
    <w:rsid w:val="007F5E92"/>
    <w:rsid w:val="00AA1D8D"/>
    <w:rsid w:val="00AE3AFA"/>
    <w:rsid w:val="00B47730"/>
    <w:rsid w:val="00CB0664"/>
    <w:rsid w:val="00FC693F"/>
    <w:rsid w:val="00FD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982628"/>
  <w14:defaultImageDpi w14:val="300"/>
  <w15:docId w15:val="{10DBD3E7-A239-418A-A69A-ABD428A5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icmiramare3</cp:lastModifiedBy>
  <cp:revision>4</cp:revision>
  <dcterms:created xsi:type="dcterms:W3CDTF">2013-12-23T23:15:00Z</dcterms:created>
  <dcterms:modified xsi:type="dcterms:W3CDTF">2026-09-09T09:50:00Z</dcterms:modified>
  <cp:category/>
</cp:coreProperties>
</file>