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1BB91" w14:textId="4BDE8BA5" w:rsidR="00A22F1B" w:rsidRDefault="000B0AD7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SINTESI AUTORIZZAZIONI E DELEGHE CLASSE</w:t>
      </w:r>
    </w:p>
    <w:p w14:paraId="236F2C17" w14:textId="77777777" w:rsidR="006D2FA1" w:rsidRDefault="006D2FA1" w:rsidP="006D2FA1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PLESSO:</w:t>
      </w:r>
      <w:r w:rsidRPr="00CE24DA">
        <w:rPr>
          <w:rFonts w:ascii="Calibri" w:hAnsi="Calibri"/>
          <w:b/>
        </w:rPr>
        <w:t xml:space="preserve"> </w:t>
      </w:r>
      <w:proofErr w:type="gramStart"/>
      <w:r>
        <w:rPr>
          <w:rFonts w:ascii="Calibri" w:hAnsi="Calibri"/>
          <w:b/>
        </w:rPr>
        <w:t xml:space="preserve">_________ </w:t>
      </w:r>
      <w:proofErr w:type="gramEnd"/>
      <w:r>
        <w:rPr>
          <w:rFonts w:ascii="Calibri" w:hAnsi="Calibri"/>
          <w:b/>
        </w:rPr>
        <w:t xml:space="preserve"> CLASSE: _________   SEZ: _____   A.S. </w:t>
      </w:r>
      <w:proofErr w:type="gramStart"/>
      <w:r>
        <w:rPr>
          <w:rFonts w:ascii="Calibri" w:hAnsi="Calibri"/>
          <w:b/>
        </w:rPr>
        <w:t>202__</w:t>
      </w:r>
      <w:proofErr w:type="gramEnd"/>
      <w:r>
        <w:rPr>
          <w:rFonts w:ascii="Calibri" w:hAnsi="Calibri"/>
          <w:b/>
        </w:rPr>
        <w:t>_ / 202___</w:t>
      </w:r>
    </w:p>
    <w:p w14:paraId="55AA5A9A" w14:textId="77777777" w:rsidR="004E0DF1" w:rsidRDefault="004E0DF1" w:rsidP="006D2FA1">
      <w:pPr>
        <w:jc w:val="center"/>
      </w:pPr>
    </w:p>
    <w:tbl>
      <w:tblPr>
        <w:tblStyle w:val="Grigliatabella"/>
        <w:tblpPr w:leftFromText="141" w:rightFromText="141" w:vertAnchor="text" w:horzAnchor="margin" w:tblpXSpec="center" w:tblpY="49"/>
        <w:tblW w:w="0" w:type="auto"/>
        <w:tblLayout w:type="fixed"/>
        <w:tblLook w:val="04A0" w:firstRow="1" w:lastRow="0" w:firstColumn="1" w:lastColumn="0" w:noHBand="0" w:noVBand="1"/>
      </w:tblPr>
      <w:tblGrid>
        <w:gridCol w:w="556"/>
        <w:gridCol w:w="3980"/>
        <w:gridCol w:w="1701"/>
        <w:gridCol w:w="1276"/>
        <w:gridCol w:w="1985"/>
        <w:gridCol w:w="4536"/>
      </w:tblGrid>
      <w:tr w:rsidR="00EA739B" w14:paraId="1F6FC436" w14:textId="77777777" w:rsidTr="004E0DF1">
        <w:tc>
          <w:tcPr>
            <w:tcW w:w="556" w:type="dxa"/>
            <w:shd w:val="clear" w:color="auto" w:fill="D9D9D9" w:themeFill="background1" w:themeFillShade="D9"/>
          </w:tcPr>
          <w:p w14:paraId="7DED0B68" w14:textId="77777777" w:rsidR="00EA739B" w:rsidRPr="00CE24DA" w:rsidRDefault="00EA739B" w:rsidP="006D2FA1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000000"/>
                <w:sz w:val="18"/>
              </w:rPr>
            </w:pPr>
          </w:p>
        </w:tc>
        <w:tc>
          <w:tcPr>
            <w:tcW w:w="3980" w:type="dxa"/>
            <w:shd w:val="clear" w:color="auto" w:fill="D9D9D9" w:themeFill="background1" w:themeFillShade="D9"/>
          </w:tcPr>
          <w:p w14:paraId="09DB8AF2" w14:textId="77777777" w:rsidR="00EA739B" w:rsidRPr="00CE24DA" w:rsidRDefault="00EA739B" w:rsidP="006D2FA1">
            <w:pPr>
              <w:spacing w:before="40" w:after="40"/>
              <w:jc w:val="center"/>
              <w:rPr>
                <w:b/>
                <w:bCs/>
              </w:rPr>
            </w:pPr>
            <w:proofErr w:type="spellStart"/>
            <w:r w:rsidRPr="00CE24DA">
              <w:rPr>
                <w:b/>
                <w:bCs/>
              </w:rPr>
              <w:t>Alunno</w:t>
            </w:r>
            <w:proofErr w:type="spellEnd"/>
            <w:r w:rsidRPr="00CE24DA">
              <w:rPr>
                <w:b/>
                <w:bCs/>
              </w:rPr>
              <w:t>/a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66E2AA0" w14:textId="77777777" w:rsidR="00EA739B" w:rsidRPr="00CE24DA" w:rsidRDefault="00EA739B" w:rsidP="006D2FA1">
            <w:pPr>
              <w:spacing w:before="40" w:after="4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Uscita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autonoma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0B660542" w14:textId="77777777" w:rsidR="00EA739B" w:rsidRDefault="00EA739B" w:rsidP="006D2FA1">
            <w:pPr>
              <w:spacing w:before="40" w:after="4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Uscita</w:t>
            </w:r>
            <w:proofErr w:type="spellEnd"/>
          </w:p>
          <w:p w14:paraId="63E4733D" w14:textId="77777777" w:rsidR="00EA739B" w:rsidRPr="00CE24DA" w:rsidRDefault="00EA739B" w:rsidP="006D2FA1">
            <w:pPr>
              <w:spacing w:before="40" w:after="4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territorio</w:t>
            </w:r>
            <w:proofErr w:type="spellEnd"/>
          </w:p>
        </w:tc>
        <w:tc>
          <w:tcPr>
            <w:tcW w:w="1985" w:type="dxa"/>
            <w:shd w:val="clear" w:color="auto" w:fill="D9D9D9" w:themeFill="background1" w:themeFillShade="D9"/>
          </w:tcPr>
          <w:p w14:paraId="04D66F10" w14:textId="77777777" w:rsidR="00EA739B" w:rsidRDefault="00EA739B" w:rsidP="006D2FA1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Uso </w:t>
            </w:r>
            <w:proofErr w:type="spellStart"/>
            <w:r>
              <w:rPr>
                <w:b/>
                <w:bCs/>
              </w:rPr>
              <w:t>immagini</w:t>
            </w:r>
            <w:proofErr w:type="spellEnd"/>
            <w:r w:rsidR="002B3533">
              <w:rPr>
                <w:b/>
                <w:bCs/>
              </w:rPr>
              <w:t>/</w:t>
            </w:r>
          </w:p>
          <w:p w14:paraId="7A480BCD" w14:textId="77777777" w:rsidR="002B3533" w:rsidRDefault="00675C44" w:rsidP="006D2FA1">
            <w:pPr>
              <w:spacing w:before="40" w:after="4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</w:t>
            </w:r>
            <w:r w:rsidR="002B3533">
              <w:rPr>
                <w:b/>
                <w:bCs/>
              </w:rPr>
              <w:t>iberatoria</w:t>
            </w:r>
            <w:proofErr w:type="spellEnd"/>
            <w:r w:rsidR="002B3533">
              <w:rPr>
                <w:b/>
                <w:bCs/>
              </w:rPr>
              <w:t xml:space="preserve"> privacy</w:t>
            </w:r>
          </w:p>
          <w:p w14:paraId="7E76E8A9" w14:textId="0D6D417D" w:rsidR="004E0DF1" w:rsidRDefault="004E0DF1" w:rsidP="006D2FA1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indicare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si</w:t>
            </w:r>
            <w:proofErr w:type="spellEnd"/>
            <w:r>
              <w:rPr>
                <w:b/>
                <w:bCs/>
              </w:rPr>
              <w:t xml:space="preserve"> o no)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E25E930" w14:textId="348F748C" w:rsidR="00EA739B" w:rsidRDefault="00EA739B" w:rsidP="006D2FA1">
            <w:pPr>
              <w:spacing w:before="40" w:after="4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Delegati</w:t>
            </w:r>
            <w:proofErr w:type="spellEnd"/>
          </w:p>
        </w:tc>
      </w:tr>
      <w:tr w:rsidR="00EA739B" w14:paraId="65F46C32" w14:textId="77777777" w:rsidTr="004E0DF1">
        <w:tc>
          <w:tcPr>
            <w:tcW w:w="556" w:type="dxa"/>
          </w:tcPr>
          <w:p w14:paraId="1DC70311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2</w:t>
            </w:r>
          </w:p>
        </w:tc>
        <w:tc>
          <w:tcPr>
            <w:tcW w:w="3980" w:type="dxa"/>
          </w:tcPr>
          <w:p w14:paraId="76CD6689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40E37AEC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71EF91F6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548A73D0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0EBF8F98" w14:textId="32C89860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74F9ABD0" w14:textId="77777777" w:rsidTr="004E0DF1">
        <w:tc>
          <w:tcPr>
            <w:tcW w:w="556" w:type="dxa"/>
          </w:tcPr>
          <w:p w14:paraId="6CE799EC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3</w:t>
            </w:r>
          </w:p>
        </w:tc>
        <w:tc>
          <w:tcPr>
            <w:tcW w:w="3980" w:type="dxa"/>
          </w:tcPr>
          <w:p w14:paraId="0C08D1D2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49662C19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6FB68782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6AF154DE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48796A8E" w14:textId="5E89E3B4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16F34DEE" w14:textId="77777777" w:rsidTr="004E0DF1">
        <w:tc>
          <w:tcPr>
            <w:tcW w:w="556" w:type="dxa"/>
          </w:tcPr>
          <w:p w14:paraId="29414FC9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4</w:t>
            </w:r>
          </w:p>
        </w:tc>
        <w:tc>
          <w:tcPr>
            <w:tcW w:w="3980" w:type="dxa"/>
          </w:tcPr>
          <w:p w14:paraId="499EAA5C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66FA6B2E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2FEEA2CC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252920AD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70E832D7" w14:textId="4751B8BE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32DCEADB" w14:textId="77777777" w:rsidTr="004E0DF1">
        <w:tc>
          <w:tcPr>
            <w:tcW w:w="556" w:type="dxa"/>
          </w:tcPr>
          <w:p w14:paraId="0F0165A0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5</w:t>
            </w:r>
          </w:p>
        </w:tc>
        <w:tc>
          <w:tcPr>
            <w:tcW w:w="3980" w:type="dxa"/>
          </w:tcPr>
          <w:p w14:paraId="43A46D83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160A11E2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1B5CD608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1E471C44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538BBCF5" w14:textId="35D7438C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5B3A35F6" w14:textId="77777777" w:rsidTr="004E0DF1">
        <w:tc>
          <w:tcPr>
            <w:tcW w:w="556" w:type="dxa"/>
          </w:tcPr>
          <w:p w14:paraId="602AA3F4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6</w:t>
            </w:r>
          </w:p>
        </w:tc>
        <w:tc>
          <w:tcPr>
            <w:tcW w:w="3980" w:type="dxa"/>
          </w:tcPr>
          <w:p w14:paraId="5EE0C405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6FCCE1BC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21FCD50C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03DCCDF2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7B85E8A0" w14:textId="29141E58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0C786EC8" w14:textId="77777777" w:rsidTr="004E0DF1">
        <w:tc>
          <w:tcPr>
            <w:tcW w:w="556" w:type="dxa"/>
          </w:tcPr>
          <w:p w14:paraId="633517AD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7</w:t>
            </w:r>
          </w:p>
        </w:tc>
        <w:tc>
          <w:tcPr>
            <w:tcW w:w="3980" w:type="dxa"/>
          </w:tcPr>
          <w:p w14:paraId="06DA249D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79BB4990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210211CD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3D76B2D2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67719BF2" w14:textId="48D56453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41D8B7B3" w14:textId="77777777" w:rsidTr="004E0DF1">
        <w:tc>
          <w:tcPr>
            <w:tcW w:w="556" w:type="dxa"/>
          </w:tcPr>
          <w:p w14:paraId="033E964C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8</w:t>
            </w:r>
          </w:p>
        </w:tc>
        <w:tc>
          <w:tcPr>
            <w:tcW w:w="3980" w:type="dxa"/>
          </w:tcPr>
          <w:p w14:paraId="13189876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319D98D9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05FD8D3C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41941CE8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6B1FE673" w14:textId="0DB706FF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2A20CEFA" w14:textId="77777777" w:rsidTr="004E0DF1">
        <w:tc>
          <w:tcPr>
            <w:tcW w:w="556" w:type="dxa"/>
          </w:tcPr>
          <w:p w14:paraId="320C137D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9</w:t>
            </w:r>
          </w:p>
        </w:tc>
        <w:tc>
          <w:tcPr>
            <w:tcW w:w="3980" w:type="dxa"/>
          </w:tcPr>
          <w:p w14:paraId="14546480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04A03DEC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12743BC9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49265DA5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10265894" w14:textId="6A25D9EE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4EEC3408" w14:textId="77777777" w:rsidTr="004E0DF1">
        <w:tc>
          <w:tcPr>
            <w:tcW w:w="556" w:type="dxa"/>
          </w:tcPr>
          <w:p w14:paraId="47B122EA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10</w:t>
            </w:r>
          </w:p>
        </w:tc>
        <w:tc>
          <w:tcPr>
            <w:tcW w:w="3980" w:type="dxa"/>
          </w:tcPr>
          <w:p w14:paraId="71953988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04CCFE09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473A5AD6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324580FE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24BBAD18" w14:textId="5FE36924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1C24C896" w14:textId="77777777" w:rsidTr="004E0DF1">
        <w:tc>
          <w:tcPr>
            <w:tcW w:w="556" w:type="dxa"/>
          </w:tcPr>
          <w:p w14:paraId="5694E73A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11</w:t>
            </w:r>
          </w:p>
        </w:tc>
        <w:tc>
          <w:tcPr>
            <w:tcW w:w="3980" w:type="dxa"/>
          </w:tcPr>
          <w:p w14:paraId="2977917C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6B150DB9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21BC5D95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4F21FCF6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525EDBD8" w14:textId="2F724DDE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79C67195" w14:textId="77777777" w:rsidTr="004E0DF1">
        <w:tc>
          <w:tcPr>
            <w:tcW w:w="556" w:type="dxa"/>
          </w:tcPr>
          <w:p w14:paraId="4A2FD12C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12</w:t>
            </w:r>
          </w:p>
        </w:tc>
        <w:tc>
          <w:tcPr>
            <w:tcW w:w="3980" w:type="dxa"/>
          </w:tcPr>
          <w:p w14:paraId="2778650B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50C92B97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509A1C77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1CD4D9BA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4342EE8D" w14:textId="65F255DD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2D932B42" w14:textId="77777777" w:rsidTr="004E0DF1">
        <w:tc>
          <w:tcPr>
            <w:tcW w:w="556" w:type="dxa"/>
          </w:tcPr>
          <w:p w14:paraId="4D006394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13</w:t>
            </w:r>
          </w:p>
        </w:tc>
        <w:tc>
          <w:tcPr>
            <w:tcW w:w="3980" w:type="dxa"/>
          </w:tcPr>
          <w:p w14:paraId="22F907BF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46AB0234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29805A3C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2E52F620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3C12855E" w14:textId="2CB17144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74624097" w14:textId="77777777" w:rsidTr="004E0DF1">
        <w:tc>
          <w:tcPr>
            <w:tcW w:w="556" w:type="dxa"/>
          </w:tcPr>
          <w:p w14:paraId="01EF6117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14</w:t>
            </w:r>
          </w:p>
        </w:tc>
        <w:tc>
          <w:tcPr>
            <w:tcW w:w="3980" w:type="dxa"/>
          </w:tcPr>
          <w:p w14:paraId="576C683A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74E74DBD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689E463E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367C2CC7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1AF998A9" w14:textId="3FB8FAD9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416F10E9" w14:textId="77777777" w:rsidTr="004E0DF1">
        <w:tc>
          <w:tcPr>
            <w:tcW w:w="556" w:type="dxa"/>
          </w:tcPr>
          <w:p w14:paraId="7854DFB5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15</w:t>
            </w:r>
          </w:p>
        </w:tc>
        <w:tc>
          <w:tcPr>
            <w:tcW w:w="3980" w:type="dxa"/>
          </w:tcPr>
          <w:p w14:paraId="6B171086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6EE1C290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65F1FF14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134C3D9C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0FD38A58" w14:textId="54CE8EE1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7FB80802" w14:textId="77777777" w:rsidTr="004E0DF1">
        <w:tc>
          <w:tcPr>
            <w:tcW w:w="556" w:type="dxa"/>
          </w:tcPr>
          <w:p w14:paraId="5CE8844C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16</w:t>
            </w:r>
          </w:p>
        </w:tc>
        <w:tc>
          <w:tcPr>
            <w:tcW w:w="3980" w:type="dxa"/>
          </w:tcPr>
          <w:p w14:paraId="5F2846A7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272B55DA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44895639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46217FEF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63BDB43A" w14:textId="6EE4446A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78BBF81C" w14:textId="77777777" w:rsidTr="004E0DF1">
        <w:tc>
          <w:tcPr>
            <w:tcW w:w="556" w:type="dxa"/>
          </w:tcPr>
          <w:p w14:paraId="521826FE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17</w:t>
            </w:r>
          </w:p>
        </w:tc>
        <w:tc>
          <w:tcPr>
            <w:tcW w:w="3980" w:type="dxa"/>
          </w:tcPr>
          <w:p w14:paraId="039CB844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2E55C1F3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2AFE586D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3EA760E2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7A931C92" w14:textId="0E35BD2F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44542205" w14:textId="77777777" w:rsidTr="004E0DF1">
        <w:tc>
          <w:tcPr>
            <w:tcW w:w="556" w:type="dxa"/>
          </w:tcPr>
          <w:p w14:paraId="5E2A39BD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18</w:t>
            </w:r>
          </w:p>
        </w:tc>
        <w:tc>
          <w:tcPr>
            <w:tcW w:w="3980" w:type="dxa"/>
          </w:tcPr>
          <w:p w14:paraId="14F5F356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3A84DE65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16548C5B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4B702350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4499335C" w14:textId="363C8968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3048E7AC" w14:textId="77777777" w:rsidTr="004E0DF1">
        <w:tc>
          <w:tcPr>
            <w:tcW w:w="556" w:type="dxa"/>
          </w:tcPr>
          <w:p w14:paraId="6AA9EC3C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19</w:t>
            </w:r>
          </w:p>
        </w:tc>
        <w:tc>
          <w:tcPr>
            <w:tcW w:w="3980" w:type="dxa"/>
          </w:tcPr>
          <w:p w14:paraId="13D8B282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7B44F09A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1ECF39CF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43DEB3F8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0EE98967" w14:textId="2807874F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2AAF1D8D" w14:textId="77777777" w:rsidTr="004E0DF1">
        <w:tc>
          <w:tcPr>
            <w:tcW w:w="556" w:type="dxa"/>
          </w:tcPr>
          <w:p w14:paraId="77EC6E40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20</w:t>
            </w:r>
          </w:p>
        </w:tc>
        <w:tc>
          <w:tcPr>
            <w:tcW w:w="3980" w:type="dxa"/>
          </w:tcPr>
          <w:p w14:paraId="444E7301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109EBA9E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3469FD4A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2C58E745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6126DB12" w14:textId="51AB1BDE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023392F7" w14:textId="77777777" w:rsidTr="004E0DF1">
        <w:tc>
          <w:tcPr>
            <w:tcW w:w="556" w:type="dxa"/>
          </w:tcPr>
          <w:p w14:paraId="1B0D862A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21</w:t>
            </w:r>
          </w:p>
        </w:tc>
        <w:tc>
          <w:tcPr>
            <w:tcW w:w="3980" w:type="dxa"/>
          </w:tcPr>
          <w:p w14:paraId="70E0A7DC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7594A25F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622615AA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2F6AF818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6A19FE09" w14:textId="69AD10D0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4447BF84" w14:textId="77777777" w:rsidTr="004E0DF1">
        <w:tc>
          <w:tcPr>
            <w:tcW w:w="556" w:type="dxa"/>
          </w:tcPr>
          <w:p w14:paraId="0F99AC3B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22</w:t>
            </w:r>
          </w:p>
        </w:tc>
        <w:tc>
          <w:tcPr>
            <w:tcW w:w="3980" w:type="dxa"/>
          </w:tcPr>
          <w:p w14:paraId="15710424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2BB8A61B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65C92928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1C75A920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713CCB14" w14:textId="35BC8636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397CA6C6" w14:textId="77777777" w:rsidTr="004E0DF1">
        <w:tc>
          <w:tcPr>
            <w:tcW w:w="556" w:type="dxa"/>
          </w:tcPr>
          <w:p w14:paraId="0F8B1189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23</w:t>
            </w:r>
          </w:p>
        </w:tc>
        <w:tc>
          <w:tcPr>
            <w:tcW w:w="3980" w:type="dxa"/>
          </w:tcPr>
          <w:p w14:paraId="652C5B6E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71BC80AC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67A12E08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57AE7CA2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2D6FEA4F" w14:textId="68E5EC7E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580E7F36" w14:textId="77777777" w:rsidTr="004E0DF1">
        <w:tc>
          <w:tcPr>
            <w:tcW w:w="556" w:type="dxa"/>
          </w:tcPr>
          <w:p w14:paraId="7E16DE1B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t>24</w:t>
            </w:r>
          </w:p>
        </w:tc>
        <w:tc>
          <w:tcPr>
            <w:tcW w:w="3980" w:type="dxa"/>
          </w:tcPr>
          <w:p w14:paraId="4E53AC64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7B095875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3093826E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27B016D2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25FF8E9A" w14:textId="5BF02B0A" w:rsidR="00EA739B" w:rsidRDefault="00EA739B" w:rsidP="006D2FA1">
            <w:pPr>
              <w:spacing w:before="40" w:after="40"/>
              <w:jc w:val="center"/>
            </w:pPr>
          </w:p>
        </w:tc>
      </w:tr>
      <w:tr w:rsidR="00EA739B" w14:paraId="5FCC6D87" w14:textId="77777777" w:rsidTr="004E0DF1">
        <w:tc>
          <w:tcPr>
            <w:tcW w:w="556" w:type="dxa"/>
          </w:tcPr>
          <w:p w14:paraId="3F332F95" w14:textId="77777777" w:rsidR="00EA739B" w:rsidRDefault="00EA739B" w:rsidP="006D2FA1">
            <w:pPr>
              <w:spacing w:before="40" w:after="40"/>
              <w:jc w:val="center"/>
            </w:pPr>
            <w:r>
              <w:rPr>
                <w:rFonts w:ascii="Calibri" w:hAnsi="Calibri"/>
                <w:color w:val="000000"/>
                <w:sz w:val="18"/>
              </w:rPr>
              <w:lastRenderedPageBreak/>
              <w:t>25</w:t>
            </w:r>
          </w:p>
        </w:tc>
        <w:tc>
          <w:tcPr>
            <w:tcW w:w="3980" w:type="dxa"/>
          </w:tcPr>
          <w:p w14:paraId="29B52F5D" w14:textId="77777777" w:rsidR="00EA739B" w:rsidRDefault="00EA739B" w:rsidP="006D2FA1">
            <w:pPr>
              <w:spacing w:before="40" w:after="40"/>
            </w:pPr>
          </w:p>
        </w:tc>
        <w:tc>
          <w:tcPr>
            <w:tcW w:w="1701" w:type="dxa"/>
          </w:tcPr>
          <w:p w14:paraId="26E6BA29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276" w:type="dxa"/>
          </w:tcPr>
          <w:p w14:paraId="7C807349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1985" w:type="dxa"/>
          </w:tcPr>
          <w:p w14:paraId="1E1C7E99" w14:textId="77777777" w:rsidR="00EA739B" w:rsidRDefault="00EA739B" w:rsidP="006D2FA1">
            <w:pPr>
              <w:spacing w:before="40" w:after="40"/>
              <w:jc w:val="center"/>
            </w:pPr>
          </w:p>
        </w:tc>
        <w:tc>
          <w:tcPr>
            <w:tcW w:w="4536" w:type="dxa"/>
          </w:tcPr>
          <w:p w14:paraId="66D3A0CB" w14:textId="29683741" w:rsidR="00EA739B" w:rsidRDefault="00EA739B" w:rsidP="006D2FA1">
            <w:pPr>
              <w:spacing w:before="40" w:after="40"/>
              <w:jc w:val="center"/>
            </w:pPr>
          </w:p>
        </w:tc>
      </w:tr>
    </w:tbl>
    <w:p w14:paraId="7AFB2C78" w14:textId="77777777" w:rsidR="006D2FA1" w:rsidRDefault="006D2FA1" w:rsidP="006D2FA1"/>
    <w:p w14:paraId="1797539B" w14:textId="77777777" w:rsidR="006D2FA1" w:rsidRDefault="006D2FA1">
      <w:pPr>
        <w:jc w:val="center"/>
      </w:pPr>
    </w:p>
    <w:p w14:paraId="2ACC9FE2" w14:textId="77777777" w:rsidR="002A68CA" w:rsidRDefault="002A68CA" w:rsidP="002A68CA">
      <w:pPr>
        <w:jc w:val="center"/>
        <w:rPr>
          <w:rFonts w:ascii="Calibri" w:hAnsi="Calibri"/>
          <w:b/>
        </w:rPr>
      </w:pPr>
    </w:p>
    <w:p w14:paraId="328B38D5" w14:textId="77777777" w:rsidR="002A68CA" w:rsidRDefault="002A68CA" w:rsidP="002A68CA">
      <w:pPr>
        <w:jc w:val="center"/>
        <w:rPr>
          <w:rFonts w:ascii="Calibri" w:hAnsi="Calibri"/>
          <w:b/>
        </w:rPr>
      </w:pPr>
    </w:p>
    <w:p w14:paraId="64DDA0D3" w14:textId="071E5ABA" w:rsidR="006D2FA1" w:rsidRDefault="002A68CA" w:rsidP="002A68CA">
      <w:pPr>
        <w:jc w:val="center"/>
        <w:rPr>
          <w:rFonts w:ascii="Calibri" w:hAnsi="Calibri"/>
          <w:b/>
        </w:rPr>
      </w:pPr>
      <w:r w:rsidRPr="002A68CA">
        <w:rPr>
          <w:rFonts w:ascii="Calibri" w:hAnsi="Calibri"/>
          <w:b/>
        </w:rPr>
        <w:t>NOME COORDINATORE _________________________________________ DATA_________________ FIRMA_______________</w:t>
      </w:r>
    </w:p>
    <w:sectPr w:rsidR="006D2FA1" w:rsidSect="00034616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813173">
    <w:abstractNumId w:val="8"/>
  </w:num>
  <w:num w:numId="2" w16cid:durableId="184443435">
    <w:abstractNumId w:val="6"/>
  </w:num>
  <w:num w:numId="3" w16cid:durableId="397241367">
    <w:abstractNumId w:val="5"/>
  </w:num>
  <w:num w:numId="4" w16cid:durableId="1297878373">
    <w:abstractNumId w:val="4"/>
  </w:num>
  <w:num w:numId="5" w16cid:durableId="1925452784">
    <w:abstractNumId w:val="7"/>
  </w:num>
  <w:num w:numId="6" w16cid:durableId="1427656891">
    <w:abstractNumId w:val="3"/>
  </w:num>
  <w:num w:numId="7" w16cid:durableId="1879926872">
    <w:abstractNumId w:val="2"/>
  </w:num>
  <w:num w:numId="8" w16cid:durableId="152718748">
    <w:abstractNumId w:val="1"/>
  </w:num>
  <w:num w:numId="9" w16cid:durableId="56826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AD7"/>
    <w:rsid w:val="001067FA"/>
    <w:rsid w:val="0015074B"/>
    <w:rsid w:val="001A500C"/>
    <w:rsid w:val="0029639D"/>
    <w:rsid w:val="002A68CA"/>
    <w:rsid w:val="002B3533"/>
    <w:rsid w:val="00326F90"/>
    <w:rsid w:val="004728AD"/>
    <w:rsid w:val="004E0DF1"/>
    <w:rsid w:val="00675C44"/>
    <w:rsid w:val="006D2FA1"/>
    <w:rsid w:val="007722B9"/>
    <w:rsid w:val="00A22F1B"/>
    <w:rsid w:val="00AA1D8D"/>
    <w:rsid w:val="00B47730"/>
    <w:rsid w:val="00CB0664"/>
    <w:rsid w:val="00CE24DA"/>
    <w:rsid w:val="00D92678"/>
    <w:rsid w:val="00EA73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969736"/>
  <w14:defaultImageDpi w14:val="300"/>
  <w15:docId w15:val="{F6551C96-BB38-4096-849A-459CC431D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80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icmiramare3</cp:lastModifiedBy>
  <cp:revision>10</cp:revision>
  <dcterms:created xsi:type="dcterms:W3CDTF">2026-09-09T09:11:00Z</dcterms:created>
  <dcterms:modified xsi:type="dcterms:W3CDTF">2026-09-09T10:06:00Z</dcterms:modified>
  <cp:category/>
</cp:coreProperties>
</file>